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8FD68" w14:textId="77777777" w:rsidR="009576CA" w:rsidRDefault="00BB4BCA">
      <w:pPr>
        <w:spacing w:after="40"/>
        <w:jc w:val="center"/>
      </w:pPr>
      <w:r>
        <w:rPr>
          <w:b/>
          <w:color w:val="003366"/>
          <w:sz w:val="36"/>
        </w:rPr>
        <w:t>CHILD IN NEED INSTITUTE (CINI)</w:t>
      </w:r>
    </w:p>
    <w:p w14:paraId="6BCE3E8B" w14:textId="77777777" w:rsidR="009576CA" w:rsidRDefault="00BB4BCA">
      <w:pPr>
        <w:pBdr>
          <w:bottom w:val="single" w:sz="18" w:space="4" w:color="003366"/>
        </w:pBdr>
        <w:spacing w:after="360"/>
        <w:jc w:val="center"/>
      </w:pPr>
      <w:r>
        <w:rPr>
          <w:b/>
          <w:color w:val="B40000"/>
          <w:sz w:val="28"/>
        </w:rPr>
        <w:t>URGENT VACANCY</w:t>
      </w:r>
    </w:p>
    <w:p w14:paraId="62424A70" w14:textId="77777777" w:rsidR="009576CA" w:rsidRDefault="00BB4BCA">
      <w:r>
        <w:rPr>
          <w:b/>
        </w:rPr>
        <w:t>Position Details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80"/>
        <w:gridCol w:w="6192"/>
      </w:tblGrid>
      <w:tr w:rsidR="009576CA" w14:paraId="4EBAB0E0" w14:textId="77777777">
        <w:tc>
          <w:tcPr>
            <w:tcW w:w="4680" w:type="dxa"/>
            <w:shd w:val="clear" w:color="auto" w:fill="00336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42E92EA" w14:textId="77777777" w:rsidR="009576CA" w:rsidRDefault="00BB4BCA">
            <w:r>
              <w:rPr>
                <w:b/>
                <w:color w:val="FFFFFF"/>
                <w:sz w:val="20"/>
              </w:rPr>
              <w:t>Particulars</w:t>
            </w:r>
          </w:p>
        </w:tc>
        <w:tc>
          <w:tcPr>
            <w:tcW w:w="4680" w:type="dxa"/>
            <w:shd w:val="clear" w:color="auto" w:fill="003366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9C6E7E3" w14:textId="77777777" w:rsidR="009576CA" w:rsidRDefault="00BB4BCA">
            <w:r>
              <w:rPr>
                <w:b/>
                <w:color w:val="FFFFFF"/>
                <w:sz w:val="20"/>
              </w:rPr>
              <w:t>Details</w:t>
            </w:r>
          </w:p>
        </w:tc>
      </w:tr>
      <w:tr w:rsidR="009576CA" w14:paraId="2D33F819" w14:textId="77777777">
        <w:tc>
          <w:tcPr>
            <w:tcW w:w="316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B20712A" w14:textId="77777777" w:rsidR="009576CA" w:rsidRDefault="00BB4BCA">
            <w:r>
              <w:rPr>
                <w:b/>
                <w:color w:val="666666"/>
                <w:sz w:val="20"/>
              </w:rPr>
              <w:t>Position</w:t>
            </w:r>
          </w:p>
        </w:tc>
        <w:tc>
          <w:tcPr>
            <w:tcW w:w="619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A258C2" w14:textId="77777777" w:rsidR="009576CA" w:rsidRDefault="00BB4BCA">
            <w:r>
              <w:rPr>
                <w:sz w:val="20"/>
              </w:rPr>
              <w:t>District Coordinator (Tripura)</w:t>
            </w:r>
          </w:p>
        </w:tc>
      </w:tr>
      <w:tr w:rsidR="009576CA" w14:paraId="2405AEB7" w14:textId="77777777">
        <w:tc>
          <w:tcPr>
            <w:tcW w:w="3168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C1A6F5" w14:textId="77777777" w:rsidR="009576CA" w:rsidRDefault="00BB4BCA">
            <w:r>
              <w:rPr>
                <w:b/>
                <w:color w:val="666666"/>
                <w:sz w:val="20"/>
              </w:rPr>
              <w:t>Place of Work / Location</w:t>
            </w:r>
          </w:p>
        </w:tc>
        <w:tc>
          <w:tcPr>
            <w:tcW w:w="619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92ED09B" w14:textId="20E9A877" w:rsidR="009576CA" w:rsidRDefault="008C7D5B">
            <w:proofErr w:type="spellStart"/>
            <w:r w:rsidRPr="008C7D5B">
              <w:rPr>
                <w:sz w:val="20"/>
              </w:rPr>
              <w:t>Dhalai</w:t>
            </w:r>
            <w:proofErr w:type="spellEnd"/>
            <w:r>
              <w:rPr>
                <w:sz w:val="20"/>
              </w:rPr>
              <w:t xml:space="preserve"> and Gomati districts (2 </w:t>
            </w:r>
            <w:r w:rsidR="00BB4BCA" w:rsidRPr="008C7D5B">
              <w:rPr>
                <w:sz w:val="20"/>
              </w:rPr>
              <w:t>Vacancies - 1 Per District)</w:t>
            </w:r>
          </w:p>
        </w:tc>
      </w:tr>
      <w:tr w:rsidR="009576CA" w14:paraId="56E14CEE" w14:textId="77777777">
        <w:tc>
          <w:tcPr>
            <w:tcW w:w="316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90C653F" w14:textId="77777777" w:rsidR="009576CA" w:rsidRDefault="00BB4BCA">
            <w:r>
              <w:rPr>
                <w:b/>
                <w:color w:val="666666"/>
                <w:sz w:val="20"/>
              </w:rPr>
              <w:t>Reporting To</w:t>
            </w:r>
          </w:p>
        </w:tc>
        <w:tc>
          <w:tcPr>
            <w:tcW w:w="619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94CF4B" w14:textId="593996E0" w:rsidR="009576CA" w:rsidRDefault="00BB4BCA">
            <w:r>
              <w:rPr>
                <w:sz w:val="20"/>
              </w:rPr>
              <w:t>Project Coordinator</w:t>
            </w:r>
            <w:r w:rsidR="00E6041C">
              <w:rPr>
                <w:sz w:val="20"/>
              </w:rPr>
              <w:t>, Tripura</w:t>
            </w:r>
          </w:p>
        </w:tc>
      </w:tr>
      <w:tr w:rsidR="009576CA" w14:paraId="1FEAC5BD" w14:textId="77777777">
        <w:tc>
          <w:tcPr>
            <w:tcW w:w="3168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513AC1" w14:textId="77777777" w:rsidR="009576CA" w:rsidRDefault="00BB4BCA">
            <w:r>
              <w:rPr>
                <w:b/>
                <w:color w:val="666666"/>
                <w:sz w:val="20"/>
              </w:rPr>
              <w:t>Department / Division</w:t>
            </w:r>
          </w:p>
        </w:tc>
        <w:tc>
          <w:tcPr>
            <w:tcW w:w="619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347ADFD" w14:textId="77777777" w:rsidR="009576CA" w:rsidRDefault="00BB4BCA">
            <w:r>
              <w:rPr>
                <w:sz w:val="20"/>
              </w:rPr>
              <w:t>Adolescent Resource Centre (ARC)</w:t>
            </w:r>
          </w:p>
        </w:tc>
      </w:tr>
      <w:tr w:rsidR="009576CA" w14:paraId="5B147E0B" w14:textId="77777777">
        <w:tc>
          <w:tcPr>
            <w:tcW w:w="316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B09CD5" w14:textId="77777777" w:rsidR="009576CA" w:rsidRDefault="00BB4BCA">
            <w:r>
              <w:rPr>
                <w:b/>
                <w:color w:val="666666"/>
                <w:sz w:val="20"/>
              </w:rPr>
              <w:t>Project/Programme</w:t>
            </w:r>
          </w:p>
        </w:tc>
        <w:tc>
          <w:tcPr>
            <w:tcW w:w="619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E7D618E" w14:textId="77777777" w:rsidR="009576CA" w:rsidRDefault="00BB4BCA">
            <w:r>
              <w:rPr>
                <w:sz w:val="20"/>
              </w:rPr>
              <w:t>Transforming Aspirations to Opportunities for Adolescent Girls &amp; Young Women (Supported by Salesforce)</w:t>
            </w:r>
          </w:p>
        </w:tc>
      </w:tr>
      <w:tr w:rsidR="009576CA" w14:paraId="5541DB30" w14:textId="77777777">
        <w:tc>
          <w:tcPr>
            <w:tcW w:w="3168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C3456C5" w14:textId="77777777" w:rsidR="009576CA" w:rsidRDefault="00BB4BCA">
            <w:r>
              <w:rPr>
                <w:b/>
                <w:color w:val="666666"/>
                <w:sz w:val="20"/>
              </w:rPr>
              <w:t>Employment Type &amp; Period</w:t>
            </w:r>
          </w:p>
        </w:tc>
        <w:tc>
          <w:tcPr>
            <w:tcW w:w="619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F19730" w14:textId="77777777" w:rsidR="009576CA" w:rsidRDefault="00BB4BCA">
            <w:r>
              <w:rPr>
                <w:sz w:val="20"/>
              </w:rPr>
              <w:t>Contractual; 1 Year (Extension based on performance)</w:t>
            </w:r>
          </w:p>
        </w:tc>
      </w:tr>
      <w:tr w:rsidR="009576CA" w14:paraId="34C4D4FA" w14:textId="77777777">
        <w:tc>
          <w:tcPr>
            <w:tcW w:w="3168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A82969B" w14:textId="77777777" w:rsidR="009576CA" w:rsidRDefault="00BB4BCA">
            <w:r>
              <w:rPr>
                <w:b/>
                <w:color w:val="666666"/>
                <w:sz w:val="20"/>
              </w:rPr>
              <w:t>Consolidated Remuneration</w:t>
            </w:r>
          </w:p>
        </w:tc>
        <w:tc>
          <w:tcPr>
            <w:tcW w:w="6192" w:type="dxa"/>
            <w:shd w:val="clear" w:color="auto" w:fill="F2F5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ED88DCD" w14:textId="66AE08EB" w:rsidR="009576CA" w:rsidRDefault="00BB4BCA">
            <w:r>
              <w:rPr>
                <w:sz w:val="20"/>
              </w:rPr>
              <w:t>Rs. 3</w:t>
            </w:r>
            <w:r w:rsidR="000507D6">
              <w:rPr>
                <w:sz w:val="20"/>
              </w:rPr>
              <w:t>5</w:t>
            </w:r>
            <w:r>
              <w:rPr>
                <w:sz w:val="20"/>
              </w:rPr>
              <w:t>,000/- per month</w:t>
            </w:r>
            <w:r w:rsidR="00E6041C">
              <w:rPr>
                <w:sz w:val="20"/>
              </w:rPr>
              <w:t xml:space="preserve"> (Negotiable) </w:t>
            </w:r>
          </w:p>
        </w:tc>
      </w:tr>
    </w:tbl>
    <w:p w14:paraId="7E2B5D0C" w14:textId="77777777" w:rsidR="009576CA" w:rsidRDefault="009576CA">
      <w:pPr>
        <w:spacing w:after="240"/>
      </w:pPr>
    </w:p>
    <w:p w14:paraId="19401E79" w14:textId="5A6CC696" w:rsidR="009576CA" w:rsidRDefault="00BB4BCA">
      <w:pPr>
        <w:spacing w:after="280"/>
        <w:jc w:val="both"/>
      </w:pPr>
      <w:r>
        <w:br/>
        <w:t>CINI is looking for passionate and committed individuals who are driven to make a meaningful difference in the lives of underprivileged children and communities.</w:t>
      </w:r>
    </w:p>
    <w:p w14:paraId="4BDDC15A" w14:textId="77777777" w:rsidR="009576CA" w:rsidRDefault="00BB4BCA">
      <w:pPr>
        <w:pBdr>
          <w:bottom w:val="single" w:sz="6" w:space="4" w:color="CCCCCC"/>
        </w:pBdr>
        <w:spacing w:before="240" w:after="120"/>
      </w:pPr>
      <w:r>
        <w:rPr>
          <w:b/>
          <w:color w:val="003366"/>
          <w:sz w:val="26"/>
        </w:rPr>
        <w:t>Job Description</w:t>
      </w:r>
    </w:p>
    <w:p w14:paraId="154F78C8" w14:textId="77777777" w:rsidR="009576CA" w:rsidRDefault="00BB4BCA">
      <w:r>
        <w:t>The District Coordinator (Tripura) will drive district-level administration, field execution, and institutional linkages to improve educational retention and livelihood avenues for adolescent girls in Tripura:</w:t>
      </w:r>
    </w:p>
    <w:p w14:paraId="24D95764" w14:textId="77777777" w:rsidR="009576CA" w:rsidRDefault="00BB4BCA">
      <w:pPr>
        <w:pStyle w:val="ListBullet"/>
        <w:spacing w:after="80"/>
      </w:pPr>
      <w:r>
        <w:rPr>
          <w:b/>
          <w:color w:val="003366"/>
        </w:rPr>
        <w:t xml:space="preserve">Administrative &amp; Government Alignment: </w:t>
      </w:r>
      <w:r>
        <w:t>Manage the district-level launch and facilitate programmatic alignment with the district administration and line departments (Directorate of Health Services, NHM, and Education Department).</w:t>
      </w:r>
    </w:p>
    <w:p w14:paraId="40FA5CC9" w14:textId="77777777" w:rsidR="009576CA" w:rsidRDefault="00BB4BCA">
      <w:pPr>
        <w:pStyle w:val="ListBullet"/>
        <w:spacing w:after="80"/>
      </w:pPr>
      <w:r>
        <w:rPr>
          <w:b/>
          <w:color w:val="003366"/>
        </w:rPr>
        <w:t xml:space="preserve">Institutional Session Delivery: </w:t>
      </w:r>
      <w:r>
        <w:t>Ensure the structured delivery of monthly SHWP content related to life skills, reproductive health, and employability across specified government high schools, KGBVs, and designated government colleges.</w:t>
      </w:r>
    </w:p>
    <w:p w14:paraId="5FC67378" w14:textId="77777777" w:rsidR="009576CA" w:rsidRDefault="00BB4BCA">
      <w:pPr>
        <w:pStyle w:val="ListBullet"/>
        <w:spacing w:after="80"/>
      </w:pPr>
      <w:r>
        <w:rPr>
          <w:b/>
          <w:color w:val="003366"/>
        </w:rPr>
        <w:lastRenderedPageBreak/>
        <w:t xml:space="preserve">Panchayat Learning Platforms: </w:t>
      </w:r>
      <w:r>
        <w:t>Supervise 5 panchayat-level learning centers per district, ensuring effective remedial tracking, life-skills co-facilitation, and agency-building for girls till the last mile.</w:t>
      </w:r>
    </w:p>
    <w:p w14:paraId="5B48A460" w14:textId="77777777" w:rsidR="009576CA" w:rsidRDefault="00BB4BCA">
      <w:pPr>
        <w:pStyle w:val="ListBullet"/>
        <w:spacing w:after="80"/>
      </w:pPr>
      <w:r>
        <w:rPr>
          <w:b/>
          <w:color w:val="003366"/>
        </w:rPr>
        <w:t xml:space="preserve">Linkage &amp; Network Convergence: </w:t>
      </w:r>
      <w:r>
        <w:t>Partner with local field structures and prominent organizations like the NASSCOM Foundation to accelerate schemes access, cash transfers, scholarships, and skilling enrollments for vulnerable families and PVTG cohorts.</w:t>
      </w:r>
    </w:p>
    <w:p w14:paraId="0CD6D24A" w14:textId="77777777" w:rsidR="009576CA" w:rsidRDefault="00BB4BCA">
      <w:pPr>
        <w:pStyle w:val="ListBullet"/>
        <w:spacing w:after="80"/>
      </w:pPr>
      <w:r>
        <w:rPr>
          <w:b/>
          <w:color w:val="003366"/>
        </w:rPr>
        <w:t xml:space="preserve">Campaign &amp; Milestone Execution: </w:t>
      </w:r>
      <w:r>
        <w:t>Organize localized campaigns aligned with key milestones like the International Day of the Girl Child to celebrate, felicitate, and track career placements or secondary school continuity among girls.</w:t>
      </w:r>
    </w:p>
    <w:p w14:paraId="284E2B70" w14:textId="77777777" w:rsidR="009576CA" w:rsidRDefault="00BB4BCA">
      <w:pPr>
        <w:pBdr>
          <w:bottom w:val="single" w:sz="6" w:space="4" w:color="CCCCCC"/>
        </w:pBdr>
        <w:spacing w:before="240" w:after="120"/>
      </w:pPr>
      <w:r>
        <w:rPr>
          <w:b/>
          <w:color w:val="003366"/>
          <w:sz w:val="26"/>
        </w:rPr>
        <w:t>Educational Qualification &amp; Experience</w:t>
      </w:r>
    </w:p>
    <w:p w14:paraId="59E53743" w14:textId="77777777" w:rsidR="009576CA" w:rsidRDefault="00BB4BCA">
      <w:pPr>
        <w:pStyle w:val="ListBullet"/>
        <w:spacing w:after="80"/>
      </w:pPr>
      <w:r>
        <w:rPr>
          <w:b/>
          <w:color w:val="003366"/>
        </w:rPr>
        <w:t xml:space="preserve">Essential Qualification: </w:t>
      </w:r>
      <w:r>
        <w:t>Master’s degree in Social Work, Social Sciences, Public Health, Rural Development, or a related field.</w:t>
      </w:r>
    </w:p>
    <w:p w14:paraId="4985DB6F" w14:textId="43F84A3A" w:rsidR="009576CA" w:rsidRDefault="00BB4BCA">
      <w:pPr>
        <w:pStyle w:val="ListBullet"/>
        <w:spacing w:after="80"/>
      </w:pPr>
      <w:r>
        <w:rPr>
          <w:b/>
          <w:color w:val="003366"/>
        </w:rPr>
        <w:t xml:space="preserve">Experience: </w:t>
      </w:r>
      <w:r>
        <w:t xml:space="preserve">2 to 4 years of proven field </w:t>
      </w:r>
      <w:r w:rsidR="00923BAE">
        <w:t xml:space="preserve">projects </w:t>
      </w:r>
      <w:r>
        <w:t>execution experience within NGO, tracking, or local community development networks.</w:t>
      </w:r>
    </w:p>
    <w:p w14:paraId="2F3FFFDA" w14:textId="08FB4E12" w:rsidR="009576CA" w:rsidRDefault="00BB4BCA">
      <w:pPr>
        <w:pStyle w:val="ListBullet"/>
        <w:spacing w:after="80"/>
      </w:pPr>
      <w:r>
        <w:rPr>
          <w:b/>
          <w:color w:val="003366"/>
        </w:rPr>
        <w:t xml:space="preserve">Geographic Preference: </w:t>
      </w:r>
      <w:r>
        <w:t xml:space="preserve">Strong connection to and familiarity with </w:t>
      </w:r>
      <w:proofErr w:type="spellStart"/>
      <w:r>
        <w:t>Dhalai</w:t>
      </w:r>
      <w:proofErr w:type="spellEnd"/>
      <w:r>
        <w:t xml:space="preserve">, North Tripura, </w:t>
      </w:r>
      <w:proofErr w:type="spellStart"/>
      <w:r>
        <w:t>Khowai</w:t>
      </w:r>
      <w:proofErr w:type="spellEnd"/>
      <w:r>
        <w:t xml:space="preserve">, or Gomati district </w:t>
      </w:r>
      <w:r w:rsidR="00923BAE">
        <w:t xml:space="preserve">level, school level and PRI level </w:t>
      </w:r>
      <w:r>
        <w:t>operations.</w:t>
      </w:r>
    </w:p>
    <w:p w14:paraId="45470F75" w14:textId="77777777" w:rsidR="009576CA" w:rsidRDefault="00BB4BCA">
      <w:pPr>
        <w:pBdr>
          <w:bottom w:val="single" w:sz="6" w:space="4" w:color="CCCCCC"/>
        </w:pBdr>
        <w:spacing w:before="240" w:after="120"/>
      </w:pPr>
      <w:r>
        <w:rPr>
          <w:b/>
          <w:color w:val="003366"/>
          <w:sz w:val="26"/>
        </w:rPr>
        <w:t>Desired Competencies</w:t>
      </w:r>
    </w:p>
    <w:p w14:paraId="5228DD5C" w14:textId="77777777" w:rsidR="009576CA" w:rsidRDefault="00BB4BCA">
      <w:pPr>
        <w:pStyle w:val="ListBullet"/>
        <w:spacing w:after="80"/>
      </w:pPr>
      <w:r>
        <w:t>Fluency in Bengali and English; proficiency in local languages or tribal dialects of Tripura (e.g., Kokborok) is highly preferred.</w:t>
      </w:r>
    </w:p>
    <w:p w14:paraId="04C0F4CF" w14:textId="6B240231" w:rsidR="009576CA" w:rsidRDefault="00BB4BCA">
      <w:pPr>
        <w:pStyle w:val="ListBullet"/>
        <w:spacing w:after="80"/>
      </w:pPr>
      <w:r>
        <w:t>Competency in compiling field reports, managing databases, and presenting</w:t>
      </w:r>
      <w:r w:rsidR="00363E80">
        <w:t xml:space="preserve"> project </w:t>
      </w:r>
      <w:r>
        <w:t>targets.</w:t>
      </w:r>
    </w:p>
    <w:p w14:paraId="797C4944" w14:textId="77777777" w:rsidR="009576CA" w:rsidRDefault="00BB4BCA">
      <w:pPr>
        <w:pBdr>
          <w:bottom w:val="single" w:sz="6" w:space="4" w:color="CCCCCC"/>
        </w:pBdr>
        <w:spacing w:before="240" w:after="120"/>
      </w:pPr>
      <w:r>
        <w:rPr>
          <w:b/>
          <w:color w:val="003366"/>
          <w:sz w:val="26"/>
        </w:rPr>
        <w:t>How to Apply</w:t>
      </w:r>
    </w:p>
    <w:p w14:paraId="3013AC04" w14:textId="118F8599" w:rsidR="009576CA" w:rsidRDefault="00BB4BCA">
      <w:pPr>
        <w:spacing w:after="240"/>
      </w:pPr>
      <w:r>
        <w:t xml:space="preserve">Interested candidates are requested to apply on or before </w:t>
      </w:r>
      <w:r w:rsidR="00F5125E" w:rsidRPr="00F5125E">
        <w:rPr>
          <w:b/>
        </w:rPr>
        <w:t>10</w:t>
      </w:r>
      <w:r w:rsidR="00CE718A" w:rsidRPr="00F5125E">
        <w:rPr>
          <w:b/>
          <w:vertAlign w:val="superscript"/>
        </w:rPr>
        <w:t>th</w:t>
      </w:r>
      <w:r w:rsidR="00CE718A" w:rsidRPr="00F5125E">
        <w:rPr>
          <w:b/>
        </w:rPr>
        <w:t xml:space="preserve"> </w:t>
      </w:r>
      <w:r w:rsidR="00F5125E" w:rsidRPr="00CE718A">
        <w:rPr>
          <w:b/>
        </w:rPr>
        <w:t>August 2026</w:t>
      </w:r>
      <w:r>
        <w:t xml:space="preserve">. Please send an email to </w:t>
      </w:r>
      <w:r w:rsidRPr="00041D3F">
        <w:rPr>
          <w:b/>
          <w:color w:val="003366"/>
        </w:rPr>
        <w:t>jobs@cinindia.org</w:t>
      </w:r>
      <w:r>
        <w:t xml:space="preserve"> with the subject line </w:t>
      </w:r>
      <w:r>
        <w:rPr>
          <w:b/>
        </w:rPr>
        <w:t>"Application for the post of District Coordinator - Tripura"</w:t>
      </w:r>
    </w:p>
    <w:p w14:paraId="7DBAE818" w14:textId="77777777" w:rsidR="009576CA" w:rsidRDefault="00BB4BCA">
      <w:pPr>
        <w:spacing w:after="120"/>
      </w:pPr>
      <w:r>
        <w:rPr>
          <w:b/>
          <w:color w:val="003366"/>
        </w:rPr>
        <w:t>Equal Opportunity Statement</w:t>
      </w:r>
      <w:r>
        <w:rPr>
          <w:b/>
          <w:color w:val="003366"/>
        </w:rPr>
        <w:br/>
      </w:r>
      <w:r>
        <w:t>CINI is an equal opportunity employer. Eligible candidates irrespective of gender are strongly encouraged to apply for this position.</w:t>
      </w:r>
      <w:r>
        <w:br/>
      </w:r>
      <w:r>
        <w:br/>
        <w:t>Child in Need Institute (CINI) follows the Child Protection Policy, Sexual Harassment at Workplace Policy, and all HR-related policies.</w:t>
      </w:r>
    </w:p>
    <w:p w14:paraId="0666EE56" w14:textId="77777777" w:rsidR="009576CA" w:rsidRDefault="00BB4BCA">
      <w:pPr>
        <w:spacing w:before="240"/>
      </w:pPr>
      <w:r>
        <w:rPr>
          <w:b/>
        </w:rPr>
        <w:t>For more information about Child in Need Institute (CINI), please visit:</w:t>
      </w:r>
      <w:r>
        <w:rPr>
          <w:b/>
        </w:rPr>
        <w:br/>
      </w:r>
      <w:r>
        <w:t xml:space="preserve">CINI Official Website: </w:t>
      </w:r>
      <w:r>
        <w:rPr>
          <w:color w:val="003366"/>
          <w:u w:val="single"/>
        </w:rPr>
        <w:t>www.cini-india.org</w:t>
      </w:r>
    </w:p>
    <w:sectPr w:rsidR="009576CA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298732">
    <w:abstractNumId w:val="8"/>
  </w:num>
  <w:num w:numId="2" w16cid:durableId="1716078448">
    <w:abstractNumId w:val="6"/>
  </w:num>
  <w:num w:numId="3" w16cid:durableId="1897736150">
    <w:abstractNumId w:val="5"/>
  </w:num>
  <w:num w:numId="4" w16cid:durableId="1638101627">
    <w:abstractNumId w:val="4"/>
  </w:num>
  <w:num w:numId="5" w16cid:durableId="1446267695">
    <w:abstractNumId w:val="7"/>
  </w:num>
  <w:num w:numId="6" w16cid:durableId="1213150319">
    <w:abstractNumId w:val="3"/>
  </w:num>
  <w:num w:numId="7" w16cid:durableId="1208957756">
    <w:abstractNumId w:val="2"/>
  </w:num>
  <w:num w:numId="8" w16cid:durableId="1246649754">
    <w:abstractNumId w:val="1"/>
  </w:num>
  <w:num w:numId="9" w16cid:durableId="95506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D3F"/>
    <w:rsid w:val="000507D6"/>
    <w:rsid w:val="0006063C"/>
    <w:rsid w:val="0015074B"/>
    <w:rsid w:val="001E6EE1"/>
    <w:rsid w:val="0029639D"/>
    <w:rsid w:val="002E64B6"/>
    <w:rsid w:val="00326F90"/>
    <w:rsid w:val="00363E80"/>
    <w:rsid w:val="005A3ECB"/>
    <w:rsid w:val="00705D39"/>
    <w:rsid w:val="00792104"/>
    <w:rsid w:val="008C7D5B"/>
    <w:rsid w:val="00923BAE"/>
    <w:rsid w:val="009576CA"/>
    <w:rsid w:val="009D2D6A"/>
    <w:rsid w:val="00AA1D8D"/>
    <w:rsid w:val="00B47730"/>
    <w:rsid w:val="00B85A4F"/>
    <w:rsid w:val="00BB4BCA"/>
    <w:rsid w:val="00BF0992"/>
    <w:rsid w:val="00CB0664"/>
    <w:rsid w:val="00CE718A"/>
    <w:rsid w:val="00E51268"/>
    <w:rsid w:val="00E6041C"/>
    <w:rsid w:val="00E65314"/>
    <w:rsid w:val="00E76DC4"/>
    <w:rsid w:val="00F51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601AD4"/>
  <w14:defaultImageDpi w14:val="300"/>
  <w15:docId w15:val="{E9145E9C-C3A9-493D-AE35-73EEBEA6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23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3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3BAE"/>
    <w:rPr>
      <w:rFonts w:ascii="Arial" w:hAnsi="Arial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BAE"/>
    <w:rPr>
      <w:rFonts w:ascii="Arial" w:hAnsi="Arial"/>
      <w:b/>
      <w:bCs/>
      <w:color w:val="33333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5E1D84-B89D-4969-BEF3-DC1EDE650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TANIA CINI_HO</cp:lastModifiedBy>
  <cp:revision>2</cp:revision>
  <dcterms:created xsi:type="dcterms:W3CDTF">2026-08-05T04:37:00Z</dcterms:created>
  <dcterms:modified xsi:type="dcterms:W3CDTF">2026-08-05T04:37:00Z</dcterms:modified>
</cp:coreProperties>
</file>